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31"/>
        <w:gridCol w:w="1203"/>
        <w:gridCol w:w="5245"/>
        <w:gridCol w:w="2433"/>
      </w:tblGrid>
      <w:tr w:rsidR="000F339E" w14:paraId="0444A0BB" w14:textId="77777777" w:rsidTr="00C02A76">
        <w:trPr>
          <w:trHeight w:val="1256"/>
          <w:jc w:val="center"/>
        </w:trPr>
        <w:tc>
          <w:tcPr>
            <w:tcW w:w="23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8BD0"/>
          </w:tcPr>
          <w:p w14:paraId="663F694F" w14:textId="77777777" w:rsidR="000F339E" w:rsidRPr="000F339E" w:rsidRDefault="000F339E">
            <w:pPr>
              <w:spacing w:after="0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888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68BD0"/>
            <w:vAlign w:val="center"/>
          </w:tcPr>
          <w:p w14:paraId="7913F789" w14:textId="157BF9E3" w:rsidR="000F339E" w:rsidRPr="000F339E" w:rsidRDefault="00245CB3" w:rsidP="00245CB3">
            <w:pPr>
              <w:spacing w:after="0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                                                           </w:t>
            </w:r>
            <w:r w:rsidR="000F339E" w:rsidRPr="000F339E">
              <w:rPr>
                <w:b/>
                <w:bCs/>
                <w:color w:val="FFFFFF" w:themeColor="background1"/>
                <w:sz w:val="24"/>
                <w:szCs w:val="24"/>
              </w:rPr>
              <w:t>METİN BİLGE</w:t>
            </w:r>
          </w:p>
          <w:p w14:paraId="0E0C2DC5" w14:textId="77777777" w:rsidR="000F339E" w:rsidRDefault="000F339E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İL KÜLTÜR VE TURİZM MÜDÜRÜ V.</w:t>
            </w:r>
          </w:p>
        </w:tc>
      </w:tr>
      <w:tr w:rsidR="000F339E" w14:paraId="28DC76DA" w14:textId="77777777" w:rsidTr="00C02A76">
        <w:trPr>
          <w:jc w:val="center"/>
        </w:trPr>
        <w:tc>
          <w:tcPr>
            <w:tcW w:w="353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38C0A"/>
            <w:vAlign w:val="center"/>
          </w:tcPr>
          <w:p w14:paraId="57D6E852" w14:textId="77777777" w:rsidR="000F339E" w:rsidRDefault="000F339E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4"/>
              </w:rPr>
              <w:t>A. KERİM ORCAN</w:t>
            </w:r>
          </w:p>
          <w:p w14:paraId="6A9B6914" w14:textId="77777777" w:rsidR="000F339E" w:rsidRDefault="000F339E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4"/>
              </w:rPr>
              <w:t>İL MÜDÜR YARDIMCISI</w:t>
            </w:r>
          </w:p>
        </w:tc>
        <w:tc>
          <w:tcPr>
            <w:tcW w:w="52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38C0A"/>
          </w:tcPr>
          <w:p w14:paraId="4499CEA4" w14:textId="77777777" w:rsidR="000F339E" w:rsidRDefault="000F339E">
            <w:pPr>
              <w:spacing w:after="0"/>
              <w:jc w:val="center"/>
              <w:rPr>
                <w:rFonts w:ascii="Arial" w:hAnsi="Arial"/>
                <w:b/>
                <w:color w:val="FFFFFF"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İLHAN ŞIK</w:t>
            </w:r>
          </w:p>
          <w:p w14:paraId="0F5F2017" w14:textId="19A3FA47" w:rsidR="000F339E" w:rsidRDefault="000F339E">
            <w:pPr>
              <w:spacing w:after="0"/>
              <w:jc w:val="center"/>
              <w:rPr>
                <w:rFonts w:ascii="Arial" w:hAnsi="Arial"/>
                <w:b/>
                <w:color w:val="FFFFFF"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İL MÜDÜR YARDIMCISI V.</w:t>
            </w:r>
          </w:p>
        </w:tc>
        <w:tc>
          <w:tcPr>
            <w:tcW w:w="24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38C0A"/>
            <w:vAlign w:val="center"/>
          </w:tcPr>
          <w:p w14:paraId="671B158E" w14:textId="29B7E87F" w:rsidR="000F339E" w:rsidRDefault="000F339E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ABDULLAH ÖLMEZ</w:t>
            </w:r>
          </w:p>
          <w:p w14:paraId="1516DB01" w14:textId="77777777" w:rsidR="000F339E" w:rsidRDefault="000F339E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HUKUK İŞLERİ BİRİMİ</w:t>
            </w:r>
          </w:p>
        </w:tc>
      </w:tr>
    </w:tbl>
    <w:p w14:paraId="2CC85998" w14:textId="4DD80A7C" w:rsidR="001F09A3" w:rsidRDefault="00C02A76" w:rsidP="00C63950">
      <w:pPr>
        <w:tabs>
          <w:tab w:val="left" w:pos="6645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D9C306" wp14:editId="07890D89">
                <wp:simplePos x="0" y="0"/>
                <wp:positionH relativeFrom="column">
                  <wp:posOffset>5299710</wp:posOffset>
                </wp:positionH>
                <wp:positionV relativeFrom="paragraph">
                  <wp:posOffset>31750</wp:posOffset>
                </wp:positionV>
                <wp:extent cx="209550" cy="495300"/>
                <wp:effectExtent l="57150" t="19050" r="38100" b="95250"/>
                <wp:wrapNone/>
                <wp:docPr id="3" name="Ok: Aşağ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495300"/>
                        </a:xfrm>
                        <a:prstGeom prst="downArrow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4B187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Ok: Aşağı 3" o:spid="_x0000_s1026" type="#_x0000_t67" style="position:absolute;margin-left:417.3pt;margin-top:2.5pt;width:16.5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" adj="17031" fillcolor="#0d0d0d [3069]" strokecolor="#4579b8 [3044]">
                <v:shadow on="t" color="black" opacity="22937f" origin=",.5" offset="0,.63889mm"/>
              </v:shape>
            </w:pict>
          </mc:Fallback>
        </mc:AlternateContent>
      </w:r>
      <w:r w:rsidR="00C6395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C49393" wp14:editId="3F0357FE">
                <wp:simplePos x="0" y="0"/>
                <wp:positionH relativeFrom="column">
                  <wp:posOffset>1299209</wp:posOffset>
                </wp:positionH>
                <wp:positionV relativeFrom="paragraph">
                  <wp:posOffset>50165</wp:posOffset>
                </wp:positionV>
                <wp:extent cx="200025" cy="485775"/>
                <wp:effectExtent l="57150" t="19050" r="47625" b="104775"/>
                <wp:wrapNone/>
                <wp:docPr id="5" name="Ok: Aşağ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0025" cy="48577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2E2E1" id="Ok: Aşağı 5" o:spid="_x0000_s1026" type="#_x0000_t67" style="position:absolute;margin-left:102.3pt;margin-top:3.95pt;width:15.75pt;height:38.2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" adj="17153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C6395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838505" wp14:editId="41781A0C">
                <wp:simplePos x="0" y="0"/>
                <wp:positionH relativeFrom="column">
                  <wp:posOffset>4181475</wp:posOffset>
                </wp:positionH>
                <wp:positionV relativeFrom="paragraph">
                  <wp:posOffset>27940</wp:posOffset>
                </wp:positionV>
                <wp:extent cx="190500" cy="485775"/>
                <wp:effectExtent l="57150" t="19050" r="38100" b="104775"/>
                <wp:wrapNone/>
                <wp:docPr id="2" name="Ok: Aşağ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85775"/>
                        </a:xfrm>
                        <a:prstGeom prst="downArrow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956F5" id="Ok: Aşağı 2" o:spid="_x0000_s1026" type="#_x0000_t67" style="position:absolute;margin-left:329.25pt;margin-top:2.2pt;width:1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" adj="17365" fillcolor="#0d0d0d [3069]" strokecolor="#4579b8 [3044]">
                <v:shadow on="t" color="black" opacity="22937f" origin=",.5" offset="0,.63889mm"/>
              </v:shape>
            </w:pict>
          </mc:Fallback>
        </mc:AlternateContent>
      </w:r>
      <w:r w:rsidR="00C63950" w:rsidRPr="00F415EB">
        <w:rPr>
          <w:noProof/>
          <w:color w:val="7030A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AF880" wp14:editId="3A8B2361">
                <wp:simplePos x="0" y="0"/>
                <wp:positionH relativeFrom="column">
                  <wp:posOffset>2870836</wp:posOffset>
                </wp:positionH>
                <wp:positionV relativeFrom="paragraph">
                  <wp:posOffset>36195</wp:posOffset>
                </wp:positionV>
                <wp:extent cx="190500" cy="485775"/>
                <wp:effectExtent l="57150" t="19050" r="38100" b="104775"/>
                <wp:wrapNone/>
                <wp:docPr id="1" name="Ok: Aşağ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85775"/>
                        </a:xfrm>
                        <a:prstGeom prst="downArrow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D5355" id="Ok: Aşağı 1" o:spid="_x0000_s1026" type="#_x0000_t67" style="position:absolute;margin-left:226.05pt;margin-top:2.85pt;width:1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" adj="17365" fillcolor="#0d0d0d [3069]" strokecolor="#4579b8 [3044]">
                <v:shadow on="t" color="black" opacity="22937f" origin=",.5" offset="0,.63889mm"/>
              </v:shape>
            </w:pict>
          </mc:Fallback>
        </mc:AlternateContent>
      </w:r>
      <w:r w:rsidR="00C63950">
        <w:tab/>
      </w:r>
    </w:p>
    <w:p w14:paraId="526EB951" w14:textId="5F82F69F" w:rsidR="00BF58A8" w:rsidRDefault="00C63950" w:rsidP="00C63950">
      <w:pPr>
        <w:tabs>
          <w:tab w:val="left" w:pos="8610"/>
        </w:tabs>
        <w:spacing w:after="0"/>
      </w:pPr>
      <w:r>
        <w:tab/>
      </w:r>
    </w:p>
    <w:p w14:paraId="2717CE0F" w14:textId="71490CB4" w:rsidR="00BF58A8" w:rsidRDefault="00BF58A8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92"/>
        <w:gridCol w:w="2275"/>
        <w:gridCol w:w="2294"/>
        <w:gridCol w:w="2297"/>
      </w:tblGrid>
      <w:tr w:rsidR="004D4732" w14:paraId="156F900C" w14:textId="77777777" w:rsidTr="004D4732">
        <w:trPr>
          <w:jc w:val="center"/>
        </w:trPr>
        <w:tc>
          <w:tcPr>
            <w:tcW w:w="22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83C8F"/>
            <w:vAlign w:val="center"/>
          </w:tcPr>
          <w:p w14:paraId="7CA59FE6" w14:textId="575E2C87" w:rsidR="004D4732" w:rsidRDefault="004D4732" w:rsidP="004D4732">
            <w:pPr>
              <w:spacing w:after="0"/>
              <w:jc w:val="center"/>
              <w:rPr>
                <w:rFonts w:ascii="Arial" w:hAnsi="Arial"/>
                <w:color w:val="FFFFFF"/>
                <w:sz w:val="18"/>
              </w:rPr>
            </w:pPr>
            <w:r>
              <w:rPr>
                <w:rFonts w:ascii="Arial" w:hAnsi="Arial"/>
                <w:color w:val="FFFFFF"/>
                <w:sz w:val="18"/>
              </w:rPr>
              <w:t>Mehmet</w:t>
            </w:r>
            <w:r>
              <w:rPr>
                <w:rFonts w:ascii="Arial" w:hAnsi="Arial"/>
                <w:color w:val="FFFFFF"/>
                <w:sz w:val="18"/>
              </w:rPr>
              <w:br/>
              <w:t>BAYRAM</w:t>
            </w:r>
            <w:r>
              <w:rPr>
                <w:rFonts w:ascii="Arial" w:hAnsi="Arial"/>
                <w:color w:val="FFFFFF"/>
                <w:sz w:val="18"/>
              </w:rPr>
              <w:br/>
            </w:r>
            <w:proofErr w:type="spellStart"/>
            <w:r>
              <w:rPr>
                <w:rFonts w:ascii="Arial" w:hAnsi="Arial"/>
                <w:color w:val="FFFFFF"/>
                <w:sz w:val="18"/>
              </w:rPr>
              <w:t>Şube</w:t>
            </w:r>
            <w:proofErr w:type="spellEnd"/>
            <w:r>
              <w:rPr>
                <w:rFonts w:ascii="Arial" w:hAnsi="Arial"/>
                <w:color w:val="FFFFFF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FFFFFF"/>
                <w:sz w:val="18"/>
              </w:rPr>
              <w:t>Müdür</w:t>
            </w:r>
            <w:proofErr w:type="spellEnd"/>
            <w:r>
              <w:rPr>
                <w:rFonts w:ascii="Arial" w:hAnsi="Arial"/>
                <w:color w:val="FFFFFF"/>
                <w:sz w:val="18"/>
              </w:rPr>
              <w:t xml:space="preserve"> V.</w:t>
            </w:r>
          </w:p>
          <w:p w14:paraId="3B75DA3C" w14:textId="782E28DD" w:rsidR="004D4732" w:rsidRPr="004D4732" w:rsidRDefault="004D4732" w:rsidP="004D4732">
            <w:pPr>
              <w:spacing w:after="0"/>
              <w:jc w:val="center"/>
            </w:pPr>
            <w:proofErr w:type="spellStart"/>
            <w:r>
              <w:rPr>
                <w:rFonts w:ascii="Arial" w:hAnsi="Arial"/>
                <w:color w:val="FFFFFF"/>
                <w:sz w:val="18"/>
              </w:rPr>
              <w:t>Personel</w:t>
            </w:r>
            <w:proofErr w:type="spellEnd"/>
            <w:r>
              <w:rPr>
                <w:rFonts w:ascii="Arial" w:hAnsi="Arial"/>
                <w:color w:val="FFFFFF"/>
                <w:sz w:val="18"/>
              </w:rPr>
              <w:t>-</w:t>
            </w:r>
          </w:p>
          <w:p w14:paraId="3A56D5B8" w14:textId="78F435A9" w:rsidR="004D4732" w:rsidRDefault="004D4732">
            <w:pPr>
              <w:spacing w:after="0"/>
              <w:jc w:val="center"/>
            </w:pPr>
            <w:proofErr w:type="spellStart"/>
            <w:r>
              <w:rPr>
                <w:rFonts w:ascii="Arial" w:hAnsi="Arial"/>
                <w:color w:val="FFFFFF"/>
                <w:sz w:val="18"/>
              </w:rPr>
              <w:t>İş</w:t>
            </w:r>
            <w:proofErr w:type="spellEnd"/>
            <w:r>
              <w:rPr>
                <w:rFonts w:ascii="Arial" w:hAnsi="Arial"/>
                <w:color w:val="FFFFFF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FFFFFF"/>
                <w:sz w:val="18"/>
              </w:rPr>
              <w:t>Sağlığı</w:t>
            </w:r>
            <w:proofErr w:type="spellEnd"/>
            <w:r>
              <w:rPr>
                <w:rFonts w:ascii="Arial" w:hAnsi="Arial"/>
                <w:color w:val="FFFFFF"/>
                <w:sz w:val="18"/>
              </w:rPr>
              <w:br/>
              <w:t>Ve</w:t>
            </w:r>
            <w:r>
              <w:rPr>
                <w:rFonts w:ascii="Arial" w:hAnsi="Arial"/>
                <w:color w:val="FFFFFF"/>
                <w:sz w:val="18"/>
              </w:rPr>
              <w:br/>
            </w:r>
            <w:proofErr w:type="spellStart"/>
            <w:r>
              <w:rPr>
                <w:rFonts w:ascii="Arial" w:hAnsi="Arial"/>
                <w:color w:val="FFFFFF"/>
                <w:sz w:val="18"/>
              </w:rPr>
              <w:t>Güvenliği</w:t>
            </w:r>
            <w:proofErr w:type="spellEnd"/>
          </w:p>
        </w:tc>
        <w:tc>
          <w:tcPr>
            <w:tcW w:w="22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83C8F"/>
            <w:vAlign w:val="center"/>
          </w:tcPr>
          <w:p w14:paraId="3051B93B" w14:textId="77777777" w:rsidR="004D4732" w:rsidRDefault="004D4732">
            <w:pPr>
              <w:spacing w:after="0"/>
              <w:jc w:val="center"/>
            </w:pPr>
            <w:r>
              <w:rPr>
                <w:rFonts w:ascii="Arial" w:hAnsi="Arial"/>
                <w:color w:val="FFFFFF"/>
                <w:sz w:val="18"/>
              </w:rPr>
              <w:t>Sultan</w:t>
            </w:r>
            <w:r>
              <w:rPr>
                <w:rFonts w:ascii="Arial" w:hAnsi="Arial"/>
                <w:color w:val="FFFFFF"/>
                <w:sz w:val="18"/>
              </w:rPr>
              <w:br/>
              <w:t>KÖSE</w:t>
            </w:r>
          </w:p>
          <w:p w14:paraId="4A3BC78D" w14:textId="77777777" w:rsidR="004D4732" w:rsidRDefault="004D4732">
            <w:pPr>
              <w:spacing w:after="0"/>
              <w:jc w:val="center"/>
            </w:pPr>
            <w:proofErr w:type="spellStart"/>
            <w:r>
              <w:rPr>
                <w:rFonts w:ascii="Arial" w:hAnsi="Arial"/>
                <w:color w:val="FFFFFF"/>
                <w:sz w:val="18"/>
              </w:rPr>
              <w:t>Turizm</w:t>
            </w:r>
            <w:proofErr w:type="spellEnd"/>
            <w:r>
              <w:rPr>
                <w:rFonts w:ascii="Arial" w:hAnsi="Arial"/>
                <w:color w:val="FFFFFF"/>
                <w:sz w:val="18"/>
              </w:rPr>
              <w:br/>
            </w:r>
            <w:proofErr w:type="spellStart"/>
            <w:r>
              <w:rPr>
                <w:rFonts w:ascii="Arial" w:hAnsi="Arial"/>
                <w:color w:val="FFFFFF"/>
                <w:sz w:val="18"/>
              </w:rPr>
              <w:t>İşleri</w:t>
            </w:r>
            <w:proofErr w:type="spellEnd"/>
            <w:r>
              <w:rPr>
                <w:rFonts w:ascii="Arial" w:hAnsi="Arial"/>
                <w:color w:val="FFFFFF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FFFFFF"/>
                <w:sz w:val="18"/>
              </w:rPr>
              <w:t>Şube</w:t>
            </w:r>
            <w:proofErr w:type="spellEnd"/>
            <w:r>
              <w:rPr>
                <w:rFonts w:ascii="Arial" w:hAnsi="Arial"/>
                <w:color w:val="FFFFFF"/>
                <w:sz w:val="18"/>
              </w:rPr>
              <w:br/>
            </w:r>
            <w:proofErr w:type="spellStart"/>
            <w:r>
              <w:rPr>
                <w:rFonts w:ascii="Arial" w:hAnsi="Arial"/>
                <w:color w:val="FFFFFF"/>
                <w:sz w:val="18"/>
              </w:rPr>
              <w:t>Müdürü</w:t>
            </w:r>
            <w:proofErr w:type="spellEnd"/>
          </w:p>
        </w:tc>
        <w:tc>
          <w:tcPr>
            <w:tcW w:w="2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83C8F"/>
            <w:vAlign w:val="center"/>
          </w:tcPr>
          <w:p w14:paraId="7263521F" w14:textId="77777777" w:rsidR="004D4732" w:rsidRDefault="004D4732">
            <w:pPr>
              <w:spacing w:after="0"/>
              <w:jc w:val="center"/>
              <w:rPr>
                <w:rFonts w:ascii="Arial" w:hAnsi="Arial"/>
                <w:color w:val="FFFFFF"/>
                <w:sz w:val="18"/>
              </w:rPr>
            </w:pPr>
            <w:r>
              <w:rPr>
                <w:rFonts w:ascii="Arial" w:hAnsi="Arial"/>
                <w:color w:val="FFFFFF"/>
                <w:sz w:val="18"/>
              </w:rPr>
              <w:t>İlhan ŞIK</w:t>
            </w:r>
          </w:p>
          <w:p w14:paraId="181E4666" w14:textId="5C7F83A1" w:rsidR="00BF58A8" w:rsidRDefault="00BF58A8">
            <w:pPr>
              <w:spacing w:after="0"/>
              <w:jc w:val="center"/>
            </w:pPr>
            <w:proofErr w:type="spellStart"/>
            <w:r>
              <w:rPr>
                <w:rFonts w:ascii="Arial" w:hAnsi="Arial"/>
                <w:color w:val="FFFFFF"/>
                <w:sz w:val="18"/>
              </w:rPr>
              <w:t>Şube</w:t>
            </w:r>
            <w:proofErr w:type="spellEnd"/>
            <w:r>
              <w:rPr>
                <w:rFonts w:ascii="Arial" w:hAnsi="Arial"/>
                <w:color w:val="FFFFFF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FFFFFF"/>
                <w:sz w:val="18"/>
              </w:rPr>
              <w:t>Müdürü</w:t>
            </w:r>
            <w:proofErr w:type="spellEnd"/>
          </w:p>
          <w:p w14:paraId="675270A9" w14:textId="0D78A6D3" w:rsidR="004D4732" w:rsidRDefault="004D4732">
            <w:pPr>
              <w:spacing w:after="0"/>
              <w:jc w:val="center"/>
            </w:pPr>
            <w:proofErr w:type="spellStart"/>
            <w:r>
              <w:rPr>
                <w:rFonts w:ascii="Arial" w:hAnsi="Arial"/>
                <w:color w:val="FFFFFF"/>
                <w:sz w:val="18"/>
              </w:rPr>
              <w:t>İdari</w:t>
            </w:r>
            <w:proofErr w:type="spellEnd"/>
            <w:r>
              <w:rPr>
                <w:rFonts w:ascii="Arial" w:hAnsi="Arial"/>
                <w:color w:val="FFFFFF"/>
                <w:sz w:val="18"/>
              </w:rPr>
              <w:t xml:space="preserve"> Ve</w:t>
            </w:r>
            <w:r>
              <w:rPr>
                <w:rFonts w:ascii="Arial" w:hAnsi="Arial"/>
                <w:color w:val="FFFFFF"/>
                <w:sz w:val="18"/>
              </w:rPr>
              <w:br/>
              <w:t xml:space="preserve">Mali </w:t>
            </w:r>
            <w:proofErr w:type="spellStart"/>
            <w:r>
              <w:rPr>
                <w:rFonts w:ascii="Arial" w:hAnsi="Arial"/>
                <w:color w:val="FFFFFF"/>
                <w:sz w:val="18"/>
              </w:rPr>
              <w:t>İşler</w:t>
            </w:r>
            <w:proofErr w:type="spellEnd"/>
            <w:r w:rsidR="00BF58A8">
              <w:rPr>
                <w:rFonts w:ascii="Arial" w:hAnsi="Arial"/>
                <w:color w:val="FFFFFF"/>
                <w:sz w:val="18"/>
              </w:rPr>
              <w:t>-</w:t>
            </w:r>
            <w:proofErr w:type="spellStart"/>
            <w:r w:rsidR="00BF58A8">
              <w:rPr>
                <w:rFonts w:ascii="Arial" w:hAnsi="Arial"/>
                <w:color w:val="FFFFFF"/>
                <w:sz w:val="18"/>
              </w:rPr>
              <w:t>Sekreterlik</w:t>
            </w:r>
            <w:proofErr w:type="spellEnd"/>
            <w:r w:rsidR="00BF58A8">
              <w:rPr>
                <w:rFonts w:ascii="Arial" w:hAnsi="Arial"/>
                <w:color w:val="FFFFFF"/>
                <w:sz w:val="18"/>
              </w:rPr>
              <w:t>-CİMER-</w:t>
            </w:r>
            <w:proofErr w:type="spellStart"/>
            <w:r w:rsidR="00BF58A8">
              <w:rPr>
                <w:rFonts w:ascii="Arial" w:hAnsi="Arial"/>
                <w:color w:val="FFFFFF"/>
                <w:sz w:val="18"/>
              </w:rPr>
              <w:t>Sivil</w:t>
            </w:r>
            <w:proofErr w:type="spellEnd"/>
            <w:r w:rsidR="00BF58A8">
              <w:rPr>
                <w:rFonts w:ascii="Arial" w:hAnsi="Arial"/>
                <w:color w:val="FFFFFF"/>
                <w:sz w:val="18"/>
              </w:rPr>
              <w:t xml:space="preserve"> </w:t>
            </w:r>
            <w:proofErr w:type="spellStart"/>
            <w:r w:rsidR="00BF58A8">
              <w:rPr>
                <w:rFonts w:ascii="Arial" w:hAnsi="Arial"/>
                <w:color w:val="FFFFFF"/>
                <w:sz w:val="18"/>
              </w:rPr>
              <w:t>Savunma</w:t>
            </w:r>
            <w:proofErr w:type="spellEnd"/>
            <w:r>
              <w:rPr>
                <w:rFonts w:ascii="Arial" w:hAnsi="Arial"/>
                <w:color w:val="FFFFFF"/>
                <w:sz w:val="18"/>
              </w:rPr>
              <w:br/>
            </w:r>
          </w:p>
        </w:tc>
        <w:tc>
          <w:tcPr>
            <w:tcW w:w="22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83C8F"/>
            <w:vAlign w:val="center"/>
          </w:tcPr>
          <w:p w14:paraId="60B8F7E8" w14:textId="77777777" w:rsidR="004D4732" w:rsidRDefault="004D4732">
            <w:pPr>
              <w:spacing w:after="0"/>
              <w:jc w:val="center"/>
            </w:pPr>
            <w:r>
              <w:rPr>
                <w:rFonts w:ascii="Arial" w:hAnsi="Arial"/>
                <w:color w:val="FFFFFF"/>
                <w:sz w:val="18"/>
              </w:rPr>
              <w:t>İlhan ŞIK</w:t>
            </w:r>
          </w:p>
          <w:p w14:paraId="330B6A6E" w14:textId="77777777" w:rsidR="004D4732" w:rsidRDefault="004D4732">
            <w:pPr>
              <w:spacing w:after="0"/>
              <w:jc w:val="center"/>
            </w:pPr>
            <w:proofErr w:type="spellStart"/>
            <w:r>
              <w:rPr>
                <w:rFonts w:ascii="Arial" w:hAnsi="Arial"/>
                <w:color w:val="FFFFFF"/>
                <w:sz w:val="18"/>
              </w:rPr>
              <w:t>Kültür</w:t>
            </w:r>
            <w:proofErr w:type="spellEnd"/>
            <w:r>
              <w:rPr>
                <w:rFonts w:ascii="Arial" w:hAnsi="Arial"/>
                <w:color w:val="FFFFFF"/>
                <w:sz w:val="18"/>
              </w:rPr>
              <w:br/>
            </w:r>
            <w:proofErr w:type="spellStart"/>
            <w:r>
              <w:rPr>
                <w:rFonts w:ascii="Arial" w:hAnsi="Arial"/>
                <w:color w:val="FFFFFF"/>
                <w:sz w:val="18"/>
              </w:rPr>
              <w:t>İşleri</w:t>
            </w:r>
            <w:proofErr w:type="spellEnd"/>
            <w:r>
              <w:rPr>
                <w:rFonts w:ascii="Arial" w:hAnsi="Arial"/>
                <w:color w:val="FFFFFF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FFFFFF"/>
                <w:sz w:val="18"/>
              </w:rPr>
              <w:t>Şube</w:t>
            </w:r>
            <w:proofErr w:type="spellEnd"/>
            <w:r>
              <w:rPr>
                <w:rFonts w:ascii="Arial" w:hAnsi="Arial"/>
                <w:color w:val="FFFFFF"/>
                <w:sz w:val="18"/>
              </w:rPr>
              <w:br/>
            </w:r>
            <w:proofErr w:type="spellStart"/>
            <w:r>
              <w:rPr>
                <w:rFonts w:ascii="Arial" w:hAnsi="Arial"/>
                <w:color w:val="FFFFFF"/>
                <w:sz w:val="18"/>
              </w:rPr>
              <w:t>Müdürü</w:t>
            </w:r>
            <w:proofErr w:type="spellEnd"/>
          </w:p>
        </w:tc>
      </w:tr>
      <w:tr w:rsidR="004D4732" w14:paraId="38261F01" w14:textId="77777777" w:rsidTr="004D4732">
        <w:trPr>
          <w:jc w:val="center"/>
        </w:trPr>
        <w:tc>
          <w:tcPr>
            <w:tcW w:w="22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3A20"/>
            <w:vAlign w:val="center"/>
          </w:tcPr>
          <w:p w14:paraId="73F5E03E" w14:textId="356DCCD1" w:rsidR="004D4732" w:rsidRDefault="004D4732">
            <w:pPr>
              <w:spacing w:after="0"/>
            </w:pPr>
            <w:proofErr w:type="spellStart"/>
            <w:r>
              <w:rPr>
                <w:rFonts w:ascii="Arial" w:hAnsi="Arial"/>
                <w:color w:val="FFFFFF"/>
                <w:sz w:val="16"/>
              </w:rPr>
              <w:t>Sevim</w:t>
            </w:r>
            <w:proofErr w:type="spellEnd"/>
            <w:r>
              <w:rPr>
                <w:rFonts w:ascii="Arial" w:hAnsi="Arial"/>
                <w:color w:val="FFFFFF"/>
                <w:sz w:val="16"/>
              </w:rPr>
              <w:t xml:space="preserve"> GÜNAY İLKER</w:t>
            </w:r>
          </w:p>
          <w:p w14:paraId="3B8C285D" w14:textId="77777777" w:rsidR="004D4732" w:rsidRDefault="004D4732">
            <w:pPr>
              <w:spacing w:after="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color w:val="FFFFFF"/>
                <w:sz w:val="16"/>
              </w:rPr>
              <w:t>Bülent ÖZDAŞ</w:t>
            </w:r>
          </w:p>
          <w:p w14:paraId="3AA89A18" w14:textId="0CA4BDA1" w:rsidR="004D4732" w:rsidRPr="004D4732" w:rsidRDefault="004D4732">
            <w:pPr>
              <w:spacing w:after="0"/>
              <w:rPr>
                <w:sz w:val="18"/>
                <w:szCs w:val="18"/>
              </w:rPr>
            </w:pPr>
            <w:r w:rsidRPr="004D4732">
              <w:rPr>
                <w:color w:val="FFFFFF" w:themeColor="background1"/>
                <w:sz w:val="18"/>
                <w:szCs w:val="18"/>
              </w:rPr>
              <w:t>Bülent ERDOLU</w:t>
            </w:r>
          </w:p>
        </w:tc>
        <w:tc>
          <w:tcPr>
            <w:tcW w:w="22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3A20"/>
            <w:vAlign w:val="center"/>
          </w:tcPr>
          <w:p w14:paraId="712C5006" w14:textId="77777777" w:rsidR="004D4732" w:rsidRDefault="004D4732">
            <w:pPr>
              <w:spacing w:after="0"/>
            </w:pPr>
            <w:r>
              <w:rPr>
                <w:rFonts w:ascii="Arial" w:hAnsi="Arial"/>
                <w:color w:val="FFFFFF"/>
                <w:sz w:val="16"/>
              </w:rPr>
              <w:t>M Zeki AYAZ</w:t>
            </w:r>
          </w:p>
          <w:p w14:paraId="4C06F70E" w14:textId="77777777" w:rsidR="004D4732" w:rsidRDefault="004D4732">
            <w:pPr>
              <w:spacing w:after="0"/>
            </w:pPr>
            <w:r>
              <w:rPr>
                <w:rFonts w:ascii="Arial" w:hAnsi="Arial"/>
                <w:color w:val="FFFFFF"/>
                <w:sz w:val="16"/>
              </w:rPr>
              <w:t>Recep BAŞCI</w:t>
            </w:r>
          </w:p>
          <w:p w14:paraId="4240BE1C" w14:textId="77777777" w:rsidR="004D4732" w:rsidRDefault="004D4732">
            <w:pPr>
              <w:spacing w:after="0"/>
            </w:pPr>
            <w:proofErr w:type="spellStart"/>
            <w:r>
              <w:rPr>
                <w:rFonts w:ascii="Arial" w:hAnsi="Arial"/>
                <w:color w:val="FFFFFF"/>
                <w:sz w:val="16"/>
              </w:rPr>
              <w:t>Abdulgani</w:t>
            </w:r>
            <w:proofErr w:type="spellEnd"/>
            <w:r>
              <w:rPr>
                <w:rFonts w:ascii="Arial" w:hAnsi="Arial"/>
                <w:color w:val="FFFFFF"/>
                <w:sz w:val="16"/>
              </w:rPr>
              <w:t xml:space="preserve"> ŞIK</w:t>
            </w:r>
          </w:p>
          <w:p w14:paraId="48CA12D6" w14:textId="77777777" w:rsidR="004D4732" w:rsidRDefault="004D4732">
            <w:pPr>
              <w:spacing w:after="0"/>
            </w:pPr>
            <w:r>
              <w:rPr>
                <w:rFonts w:ascii="Arial" w:hAnsi="Arial"/>
                <w:color w:val="FFFFFF"/>
                <w:sz w:val="16"/>
              </w:rPr>
              <w:t>Salih BOZKUŞ</w:t>
            </w:r>
          </w:p>
          <w:p w14:paraId="680C7506" w14:textId="77777777" w:rsidR="004D4732" w:rsidRDefault="004D4732">
            <w:pPr>
              <w:spacing w:after="0"/>
            </w:pPr>
            <w:proofErr w:type="spellStart"/>
            <w:r>
              <w:rPr>
                <w:rFonts w:ascii="Arial" w:hAnsi="Arial"/>
                <w:color w:val="FFFFFF"/>
                <w:sz w:val="16"/>
              </w:rPr>
              <w:t>Berin</w:t>
            </w:r>
            <w:proofErr w:type="spellEnd"/>
            <w:r>
              <w:rPr>
                <w:rFonts w:ascii="Arial" w:hAnsi="Arial"/>
                <w:color w:val="FFFFFF"/>
                <w:sz w:val="16"/>
              </w:rPr>
              <w:t xml:space="preserve"> DAL</w:t>
            </w:r>
          </w:p>
          <w:p w14:paraId="40F25FE4" w14:textId="77777777" w:rsidR="004D4732" w:rsidRDefault="004D4732">
            <w:pPr>
              <w:spacing w:after="0"/>
            </w:pPr>
            <w:r>
              <w:rPr>
                <w:rFonts w:ascii="Arial" w:hAnsi="Arial"/>
                <w:color w:val="FFFFFF"/>
                <w:sz w:val="16"/>
              </w:rPr>
              <w:t>Muzaffer DEMİR</w:t>
            </w:r>
          </w:p>
          <w:p w14:paraId="2D557935" w14:textId="77777777" w:rsidR="004D4732" w:rsidRDefault="004D4732">
            <w:pPr>
              <w:spacing w:after="0"/>
            </w:pPr>
            <w:proofErr w:type="spellStart"/>
            <w:r>
              <w:rPr>
                <w:rFonts w:ascii="Arial" w:hAnsi="Arial"/>
                <w:color w:val="FFFFFF"/>
                <w:sz w:val="16"/>
              </w:rPr>
              <w:t>Turcel</w:t>
            </w:r>
            <w:proofErr w:type="spellEnd"/>
            <w:r>
              <w:rPr>
                <w:rFonts w:ascii="Arial" w:hAnsi="Arial"/>
                <w:color w:val="FFFFFF"/>
                <w:sz w:val="16"/>
              </w:rPr>
              <w:t xml:space="preserve"> ÖCAL</w:t>
            </w:r>
          </w:p>
          <w:p w14:paraId="7DF76934" w14:textId="674B2B87" w:rsidR="004D4732" w:rsidRPr="004D4732" w:rsidRDefault="00245CB3" w:rsidP="004D4732">
            <w:pPr>
              <w:spacing w:after="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color w:val="FFFFFF"/>
                <w:sz w:val="16"/>
              </w:rPr>
              <w:t>A.</w:t>
            </w:r>
            <w:r w:rsidRPr="004D4732">
              <w:rPr>
                <w:rFonts w:ascii="Arial" w:hAnsi="Arial"/>
                <w:color w:val="FFFFFF"/>
                <w:sz w:val="16"/>
              </w:rPr>
              <w:t xml:space="preserve"> Hamit</w:t>
            </w:r>
            <w:r w:rsidR="004D4732" w:rsidRPr="004D4732">
              <w:rPr>
                <w:rFonts w:ascii="Arial" w:hAnsi="Arial"/>
                <w:color w:val="FFFFFF"/>
                <w:sz w:val="16"/>
              </w:rPr>
              <w:t xml:space="preserve"> DOĞAN</w:t>
            </w:r>
          </w:p>
          <w:p w14:paraId="4317B5C1" w14:textId="22C0F1DB" w:rsidR="004D4732" w:rsidRDefault="00245CB3" w:rsidP="004D4732">
            <w:pPr>
              <w:spacing w:after="0"/>
            </w:pPr>
            <w:r>
              <w:rPr>
                <w:rFonts w:ascii="Arial" w:hAnsi="Arial"/>
                <w:color w:val="FFFFFF"/>
                <w:sz w:val="16"/>
              </w:rPr>
              <w:t>Onur can</w:t>
            </w:r>
            <w:r w:rsidR="004D4732">
              <w:rPr>
                <w:rFonts w:ascii="Arial" w:hAnsi="Arial"/>
                <w:color w:val="FFFFFF"/>
                <w:sz w:val="16"/>
              </w:rPr>
              <w:t xml:space="preserve"> AYAN</w:t>
            </w:r>
          </w:p>
        </w:tc>
        <w:tc>
          <w:tcPr>
            <w:tcW w:w="2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3A20"/>
            <w:vAlign w:val="center"/>
          </w:tcPr>
          <w:p w14:paraId="7FA47C3C" w14:textId="77777777" w:rsidR="004D4732" w:rsidRDefault="004D4732">
            <w:pPr>
              <w:spacing w:after="0"/>
            </w:pPr>
            <w:proofErr w:type="spellStart"/>
            <w:r>
              <w:rPr>
                <w:rFonts w:ascii="Arial" w:hAnsi="Arial"/>
                <w:color w:val="FFFFFF"/>
                <w:sz w:val="16"/>
              </w:rPr>
              <w:t>Sabahattin</w:t>
            </w:r>
            <w:proofErr w:type="spellEnd"/>
            <w:r>
              <w:rPr>
                <w:rFonts w:ascii="Arial" w:hAnsi="Arial"/>
                <w:color w:val="FFFFFF"/>
                <w:sz w:val="16"/>
              </w:rPr>
              <w:br/>
              <w:t>CILASIN</w:t>
            </w:r>
          </w:p>
          <w:p w14:paraId="643F02CE" w14:textId="77777777" w:rsidR="004D4732" w:rsidRDefault="004D4732">
            <w:pPr>
              <w:spacing w:after="0"/>
            </w:pPr>
            <w:r>
              <w:rPr>
                <w:rFonts w:ascii="Arial" w:hAnsi="Arial"/>
                <w:color w:val="FFFFFF"/>
                <w:sz w:val="16"/>
              </w:rPr>
              <w:t>Mesut DAŞ</w:t>
            </w:r>
          </w:p>
          <w:p w14:paraId="605B8029" w14:textId="77777777" w:rsidR="004D4732" w:rsidRDefault="004D4732">
            <w:pPr>
              <w:spacing w:after="0"/>
            </w:pPr>
            <w:r>
              <w:rPr>
                <w:rFonts w:ascii="Arial" w:hAnsi="Arial"/>
                <w:color w:val="FFFFFF"/>
                <w:sz w:val="16"/>
              </w:rPr>
              <w:t>Faruk ÖZKEREN</w:t>
            </w:r>
          </w:p>
          <w:p w14:paraId="3150913E" w14:textId="77777777" w:rsidR="004D4732" w:rsidRDefault="004D4732">
            <w:pPr>
              <w:spacing w:after="0"/>
            </w:pPr>
            <w:proofErr w:type="spellStart"/>
            <w:r>
              <w:rPr>
                <w:rFonts w:ascii="Arial" w:hAnsi="Arial"/>
                <w:color w:val="FFFFFF"/>
                <w:sz w:val="16"/>
              </w:rPr>
              <w:t>Canan</w:t>
            </w:r>
            <w:proofErr w:type="spellEnd"/>
            <w:r>
              <w:rPr>
                <w:rFonts w:ascii="Arial" w:hAnsi="Arial"/>
                <w:color w:val="FFFFFF"/>
                <w:sz w:val="16"/>
              </w:rPr>
              <w:t xml:space="preserve"> ÇELİK</w:t>
            </w:r>
          </w:p>
          <w:p w14:paraId="7AE0C406" w14:textId="77777777" w:rsidR="004D4732" w:rsidRDefault="004D4732">
            <w:pPr>
              <w:spacing w:after="0"/>
            </w:pPr>
            <w:r>
              <w:rPr>
                <w:rFonts w:ascii="Arial" w:hAnsi="Arial"/>
                <w:color w:val="FFFFFF"/>
                <w:sz w:val="16"/>
              </w:rPr>
              <w:t>Mehmet Sultan</w:t>
            </w:r>
            <w:r>
              <w:rPr>
                <w:rFonts w:ascii="Arial" w:hAnsi="Arial"/>
                <w:color w:val="FFFFFF"/>
                <w:sz w:val="16"/>
              </w:rPr>
              <w:br/>
              <w:t>ADIBELLİ</w:t>
            </w:r>
          </w:p>
          <w:p w14:paraId="1BCD057B" w14:textId="77777777" w:rsidR="004D4732" w:rsidRDefault="004D4732">
            <w:pPr>
              <w:spacing w:after="0"/>
            </w:pPr>
            <w:proofErr w:type="spellStart"/>
            <w:r>
              <w:rPr>
                <w:rFonts w:ascii="Arial" w:hAnsi="Arial"/>
                <w:color w:val="FFFFFF"/>
                <w:sz w:val="16"/>
              </w:rPr>
              <w:t>Veysiye</w:t>
            </w:r>
            <w:proofErr w:type="spellEnd"/>
            <w:r>
              <w:rPr>
                <w:rFonts w:ascii="Arial" w:hAnsi="Arial"/>
                <w:color w:val="FFFFFF"/>
                <w:sz w:val="16"/>
              </w:rPr>
              <w:t xml:space="preserve"> ÖZDAŞ</w:t>
            </w:r>
          </w:p>
          <w:p w14:paraId="2357F75B" w14:textId="77777777" w:rsidR="004D4732" w:rsidRDefault="004D4732">
            <w:pPr>
              <w:spacing w:after="0"/>
            </w:pPr>
            <w:r>
              <w:rPr>
                <w:rFonts w:ascii="Arial" w:hAnsi="Arial"/>
                <w:color w:val="FFFFFF"/>
                <w:sz w:val="16"/>
              </w:rPr>
              <w:t>Ramazan TURAN</w:t>
            </w:r>
          </w:p>
          <w:p w14:paraId="1B9B15CD" w14:textId="52ED1BB9" w:rsidR="004D4732" w:rsidRDefault="004D4732">
            <w:pPr>
              <w:spacing w:after="0"/>
              <w:rPr>
                <w:rFonts w:ascii="Arial" w:hAnsi="Arial"/>
                <w:color w:val="FFFFFF"/>
                <w:sz w:val="16"/>
              </w:rPr>
            </w:pPr>
            <w:proofErr w:type="spellStart"/>
            <w:r>
              <w:rPr>
                <w:rFonts w:ascii="Arial" w:hAnsi="Arial"/>
                <w:color w:val="FFFFFF"/>
                <w:sz w:val="16"/>
              </w:rPr>
              <w:t>Bünyamin</w:t>
            </w:r>
            <w:proofErr w:type="spellEnd"/>
            <w:r>
              <w:rPr>
                <w:rFonts w:ascii="Arial" w:hAnsi="Arial"/>
                <w:color w:val="FFFFFF"/>
                <w:sz w:val="16"/>
              </w:rPr>
              <w:t xml:space="preserve"> BATMANLI</w:t>
            </w:r>
          </w:p>
          <w:p w14:paraId="5C65E6F1" w14:textId="5A3954C1" w:rsidR="004D4732" w:rsidRDefault="004D4732">
            <w:pPr>
              <w:spacing w:after="0"/>
            </w:pPr>
          </w:p>
        </w:tc>
        <w:tc>
          <w:tcPr>
            <w:tcW w:w="22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3A20"/>
            <w:vAlign w:val="center"/>
          </w:tcPr>
          <w:p w14:paraId="4C598EC2" w14:textId="0BF5C5FD" w:rsidR="004D4732" w:rsidRDefault="004D4732">
            <w:pPr>
              <w:spacing w:after="0"/>
            </w:pPr>
            <w:proofErr w:type="spellStart"/>
            <w:r>
              <w:rPr>
                <w:rFonts w:ascii="Arial" w:hAnsi="Arial"/>
                <w:color w:val="FFFFFF"/>
                <w:sz w:val="16"/>
              </w:rPr>
              <w:t>Sercan</w:t>
            </w:r>
            <w:proofErr w:type="spellEnd"/>
            <w:r>
              <w:rPr>
                <w:rFonts w:ascii="Arial" w:hAnsi="Arial"/>
                <w:color w:val="FFFFFF"/>
                <w:sz w:val="16"/>
              </w:rPr>
              <w:t xml:space="preserve"> TAŞ</w:t>
            </w:r>
            <w:r w:rsidR="0008508C">
              <w:rPr>
                <w:rFonts w:ascii="Arial" w:hAnsi="Arial"/>
                <w:color w:val="FFFFFF"/>
                <w:sz w:val="16"/>
              </w:rPr>
              <w:t>ÇI</w:t>
            </w:r>
          </w:p>
          <w:p w14:paraId="22C67A4D" w14:textId="77777777" w:rsidR="004D4732" w:rsidRDefault="004D4732">
            <w:pPr>
              <w:spacing w:after="0"/>
            </w:pPr>
            <w:r>
              <w:rPr>
                <w:rFonts w:ascii="Arial" w:hAnsi="Arial"/>
                <w:color w:val="FFFFFF"/>
                <w:sz w:val="16"/>
              </w:rPr>
              <w:t>Deniz ÖZDENER</w:t>
            </w:r>
          </w:p>
          <w:p w14:paraId="318A106C" w14:textId="77777777" w:rsidR="004D4732" w:rsidRDefault="004D4732">
            <w:pPr>
              <w:spacing w:after="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color w:val="FFFFFF"/>
                <w:sz w:val="16"/>
              </w:rPr>
              <w:t>Fatma ARSLAN</w:t>
            </w:r>
          </w:p>
          <w:p w14:paraId="334E9CF0" w14:textId="265FAFC9" w:rsidR="004D4732" w:rsidRDefault="004D4732">
            <w:pPr>
              <w:spacing w:after="0"/>
            </w:pPr>
            <w:r>
              <w:rPr>
                <w:rFonts w:ascii="Arial" w:hAnsi="Arial"/>
                <w:color w:val="FFFFFF"/>
                <w:sz w:val="16"/>
              </w:rPr>
              <w:t>Nurullah KORUL</w:t>
            </w:r>
          </w:p>
        </w:tc>
      </w:tr>
    </w:tbl>
    <w:p w14:paraId="298041A1" w14:textId="13951266" w:rsidR="001F09A3" w:rsidRDefault="003D49B5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AD4033" wp14:editId="0B034362">
                <wp:simplePos x="0" y="0"/>
                <wp:positionH relativeFrom="column">
                  <wp:posOffset>5442585</wp:posOffset>
                </wp:positionH>
                <wp:positionV relativeFrom="paragraph">
                  <wp:posOffset>28575</wp:posOffset>
                </wp:positionV>
                <wp:extent cx="207010" cy="904875"/>
                <wp:effectExtent l="95250" t="19050" r="78740" b="85725"/>
                <wp:wrapNone/>
                <wp:docPr id="17" name="Düz Ok Bağlayıcısı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7010" cy="90487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4C66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7" o:spid="_x0000_s1026" type="#_x0000_t32" style="position:absolute;margin-left:428.55pt;margin-top:2.25pt;width:16.3pt;height:71.2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" strokecolor="#4f81bd [3204]" strokeweight="4.5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97178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0CBDCA" wp14:editId="3F52C3A6">
                <wp:simplePos x="0" y="0"/>
                <wp:positionH relativeFrom="column">
                  <wp:posOffset>2118359</wp:posOffset>
                </wp:positionH>
                <wp:positionV relativeFrom="paragraph">
                  <wp:posOffset>28575</wp:posOffset>
                </wp:positionV>
                <wp:extent cx="3521710" cy="895350"/>
                <wp:effectExtent l="57150" t="57150" r="59690" b="133350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1710" cy="8953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5FF08" id="Düz Ok Bağlayıcısı 18" o:spid="_x0000_s1026" type="#_x0000_t32" style="position:absolute;margin-left:166.8pt;margin-top:2.25pt;width:277.3pt;height:70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" strokecolor="#4f81bd [3204]" strokeweight="4.5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971785">
        <w:tab/>
      </w:r>
      <w:r w:rsidR="00971785">
        <w:tab/>
      </w:r>
      <w:r w:rsidR="00971785">
        <w:tab/>
      </w:r>
      <w:r w:rsidR="00971785">
        <w:tab/>
      </w:r>
      <w:r w:rsidR="00971785">
        <w:tab/>
      </w:r>
      <w:r w:rsidR="00971785">
        <w:tab/>
      </w:r>
      <w:r w:rsidR="00971785">
        <w:tab/>
      </w:r>
      <w:r w:rsidR="00971785">
        <w:tab/>
      </w:r>
      <w:r w:rsidR="00971785">
        <w:tab/>
      </w:r>
      <w:r w:rsidR="00971785">
        <w:tab/>
      </w:r>
      <w:r w:rsidR="00971785">
        <w:tab/>
      </w:r>
      <w:r w:rsidR="00971785">
        <w:tab/>
        <w:t xml:space="preserve">   </w:t>
      </w:r>
    </w:p>
    <w:p w14:paraId="308ADD5E" w14:textId="50D369D0" w:rsidR="00D12C9C" w:rsidRDefault="00D12C9C">
      <w:pPr>
        <w:spacing w:after="0"/>
      </w:pPr>
    </w:p>
    <w:p w14:paraId="662E4B51" w14:textId="77777777" w:rsidR="003D49B5" w:rsidRDefault="003D49B5">
      <w:pPr>
        <w:spacing w:after="0"/>
      </w:pPr>
    </w:p>
    <w:p w14:paraId="6C730494" w14:textId="77777777" w:rsidR="003D49B5" w:rsidRDefault="003D49B5">
      <w:pPr>
        <w:spacing w:after="0"/>
      </w:pPr>
    </w:p>
    <w:p w14:paraId="75A0D65E" w14:textId="77777777" w:rsidR="00D12C9C" w:rsidRDefault="00D12C9C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26"/>
        <w:gridCol w:w="4678"/>
      </w:tblGrid>
      <w:tr w:rsidR="00344CEF" w14:paraId="18342249" w14:textId="77777777" w:rsidTr="003D49B5">
        <w:trPr>
          <w:trHeight w:val="5809"/>
          <w:jc w:val="center"/>
        </w:trPr>
        <w:tc>
          <w:tcPr>
            <w:tcW w:w="45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3A20"/>
            <w:vAlign w:val="center"/>
          </w:tcPr>
          <w:p w14:paraId="38629647" w14:textId="2D6AAF19" w:rsidR="00344CEF" w:rsidRPr="00C02A76" w:rsidRDefault="00C02A76">
            <w:pPr>
              <w:spacing w:after="0"/>
              <w:rPr>
                <w:rFonts w:ascii="Arial" w:hAnsi="Arial"/>
                <w:b/>
                <w:color w:val="FFFFFF"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 xml:space="preserve">           </w:t>
            </w:r>
            <w:r w:rsidR="00344CEF">
              <w:rPr>
                <w:rFonts w:ascii="Arial" w:hAnsi="Arial"/>
                <w:b/>
                <w:color w:val="FFFFFF"/>
                <w:sz w:val="18"/>
              </w:rPr>
              <w:t>MÜZELER</w:t>
            </w:r>
          </w:p>
          <w:p w14:paraId="392C0500" w14:textId="335BF127" w:rsidR="00344CEF" w:rsidRDefault="00344CEF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 xml:space="preserve">. </w:t>
            </w:r>
            <w:proofErr w:type="spellStart"/>
            <w:r>
              <w:rPr>
                <w:rFonts w:ascii="Arial" w:hAnsi="Arial"/>
                <w:b/>
                <w:color w:val="FFFFFF"/>
                <w:sz w:val="18"/>
              </w:rPr>
              <w:t>Mardin</w:t>
            </w:r>
            <w:proofErr w:type="spellEnd"/>
            <w:r>
              <w:rPr>
                <w:rFonts w:ascii="Arial" w:hAnsi="Arial"/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z w:val="18"/>
              </w:rPr>
              <w:t>Müze</w:t>
            </w:r>
            <w:proofErr w:type="spellEnd"/>
            <w:r>
              <w:rPr>
                <w:rFonts w:ascii="Arial" w:hAnsi="Arial"/>
                <w:b/>
                <w:color w:val="FFFFFF"/>
                <w:sz w:val="18"/>
              </w:rPr>
              <w:t xml:space="preserve"> Müdürlüğü</w:t>
            </w:r>
          </w:p>
          <w:p w14:paraId="72636D66" w14:textId="41E80BB5" w:rsidR="00344CEF" w:rsidRDefault="00344CEF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 xml:space="preserve">. </w:t>
            </w:r>
            <w:proofErr w:type="spellStart"/>
            <w:r>
              <w:rPr>
                <w:rFonts w:ascii="Arial" w:hAnsi="Arial"/>
                <w:b/>
                <w:color w:val="FFFFFF"/>
                <w:sz w:val="18"/>
              </w:rPr>
              <w:t>Sakıp</w:t>
            </w:r>
            <w:proofErr w:type="spellEnd"/>
            <w:r>
              <w:rPr>
                <w:rFonts w:ascii="Arial" w:hAnsi="Arial"/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z w:val="18"/>
              </w:rPr>
              <w:t>Sabancı</w:t>
            </w:r>
            <w:proofErr w:type="spellEnd"/>
            <w:r>
              <w:rPr>
                <w:rFonts w:ascii="Arial" w:hAnsi="Arial"/>
                <w:b/>
                <w:color w:val="FFFFFF"/>
                <w:sz w:val="18"/>
              </w:rPr>
              <w:t xml:space="preserve"> Kent </w:t>
            </w:r>
            <w:proofErr w:type="spellStart"/>
            <w:r>
              <w:rPr>
                <w:rFonts w:ascii="Arial" w:hAnsi="Arial"/>
                <w:b/>
                <w:color w:val="FFFFFF"/>
                <w:sz w:val="18"/>
              </w:rPr>
              <w:t>Müzesi</w:t>
            </w:r>
            <w:proofErr w:type="spellEnd"/>
          </w:p>
        </w:tc>
        <w:tc>
          <w:tcPr>
            <w:tcW w:w="46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3A20"/>
            <w:vAlign w:val="center"/>
          </w:tcPr>
          <w:p w14:paraId="6B68DF1C" w14:textId="77777777" w:rsidR="00344CEF" w:rsidRPr="00D97EA0" w:rsidRDefault="00344CEF" w:rsidP="00F415EB">
            <w:pPr>
              <w:spacing w:after="0"/>
              <w:jc w:val="center"/>
              <w:rPr>
                <w:sz w:val="18"/>
                <w:szCs w:val="18"/>
              </w:rPr>
            </w:pPr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KÜTÜPHANELER</w:t>
            </w:r>
          </w:p>
          <w:p w14:paraId="31441528" w14:textId="3218BB0F" w:rsidR="00344CEF" w:rsidRPr="00D97EA0" w:rsidRDefault="00344CEF">
            <w:pPr>
              <w:spacing w:after="0"/>
              <w:rPr>
                <w:sz w:val="18"/>
                <w:szCs w:val="18"/>
              </w:rPr>
            </w:pPr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. İl Halk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Kütüphanesi</w:t>
            </w:r>
            <w:proofErr w:type="spellEnd"/>
          </w:p>
          <w:p w14:paraId="58275822" w14:textId="5933D6E6" w:rsidR="00344CEF" w:rsidRPr="00D97EA0" w:rsidRDefault="00344CEF">
            <w:pPr>
              <w:spacing w:after="0"/>
              <w:rPr>
                <w:sz w:val="18"/>
                <w:szCs w:val="18"/>
              </w:rPr>
            </w:pPr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. Kızıltepe İlçe Halk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Kütüphanesi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Müdürlüğü</w:t>
            </w:r>
          </w:p>
          <w:p w14:paraId="07A0119C" w14:textId="241347DD" w:rsidR="00344CEF" w:rsidRPr="00D97EA0" w:rsidRDefault="00344CEF">
            <w:pPr>
              <w:spacing w:after="0"/>
              <w:rPr>
                <w:sz w:val="18"/>
                <w:szCs w:val="18"/>
              </w:rPr>
            </w:pPr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.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Midyat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İlçe Halk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Kütüphanesi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Müdürlüğü</w:t>
            </w:r>
          </w:p>
          <w:p w14:paraId="22D054A2" w14:textId="30290E5C" w:rsidR="00344CEF" w:rsidRPr="00D97EA0" w:rsidRDefault="00344CEF">
            <w:pPr>
              <w:spacing w:after="0"/>
              <w:rPr>
                <w:sz w:val="18"/>
                <w:szCs w:val="18"/>
              </w:rPr>
            </w:pPr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.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Midyat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Bebek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ve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Çocuk</w:t>
            </w:r>
            <w:proofErr w:type="spellEnd"/>
          </w:p>
          <w:p w14:paraId="2D4B7EDA" w14:textId="77777777" w:rsidR="00344CEF" w:rsidRPr="00D97EA0" w:rsidRDefault="00344CEF">
            <w:pPr>
              <w:spacing w:after="0"/>
              <w:rPr>
                <w:rFonts w:ascii="Arial" w:hAnsi="Arial"/>
                <w:b/>
                <w:color w:val="FFFFFF"/>
                <w:sz w:val="18"/>
                <w:szCs w:val="18"/>
              </w:rPr>
            </w:pP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Kütüphanesi</w:t>
            </w:r>
            <w:proofErr w:type="spellEnd"/>
          </w:p>
          <w:p w14:paraId="5D8BD6DA" w14:textId="434C04EF" w:rsidR="00344CEF" w:rsidRPr="00D97EA0" w:rsidRDefault="00344CEF">
            <w:pPr>
              <w:spacing w:after="0"/>
              <w:rPr>
                <w:sz w:val="18"/>
                <w:szCs w:val="18"/>
              </w:rPr>
            </w:pPr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.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Midyat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Millet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Kütüphanesi</w:t>
            </w:r>
            <w:proofErr w:type="spellEnd"/>
          </w:p>
          <w:p w14:paraId="0AF7A611" w14:textId="3EE6193C" w:rsidR="00344CEF" w:rsidRPr="00D97EA0" w:rsidRDefault="00344CEF">
            <w:pPr>
              <w:spacing w:after="0"/>
              <w:rPr>
                <w:sz w:val="18"/>
                <w:szCs w:val="18"/>
              </w:rPr>
            </w:pPr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.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Nusaybin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İlçe Halk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Kütüphanesi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</w:t>
            </w:r>
            <w:r w:rsidR="00C02A76">
              <w:rPr>
                <w:rFonts w:ascii="Arial" w:hAnsi="Arial"/>
                <w:b/>
                <w:color w:val="FFFFFF"/>
                <w:sz w:val="18"/>
                <w:szCs w:val="18"/>
              </w:rPr>
              <w:t>Müdürlüğü</w:t>
            </w:r>
          </w:p>
          <w:p w14:paraId="7DB020DB" w14:textId="55A793CE" w:rsidR="00344CEF" w:rsidRPr="00D97EA0" w:rsidRDefault="00344CEF">
            <w:pPr>
              <w:spacing w:after="0"/>
              <w:rPr>
                <w:sz w:val="18"/>
                <w:szCs w:val="18"/>
              </w:rPr>
            </w:pPr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.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Ömerli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İlçe Halk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Kütüphanesi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M</w:t>
            </w:r>
            <w:r w:rsidR="00C02A76">
              <w:rPr>
                <w:rFonts w:ascii="Arial" w:hAnsi="Arial"/>
                <w:b/>
                <w:color w:val="FFFFFF"/>
                <w:sz w:val="18"/>
                <w:szCs w:val="18"/>
              </w:rPr>
              <w:t>emurluğu</w:t>
            </w:r>
          </w:p>
          <w:p w14:paraId="1D7FC066" w14:textId="1FF73D29" w:rsidR="00344CEF" w:rsidRPr="00D97EA0" w:rsidRDefault="00344CEF">
            <w:pPr>
              <w:spacing w:after="0"/>
              <w:rPr>
                <w:rFonts w:ascii="Arial" w:hAnsi="Arial"/>
                <w:b/>
                <w:color w:val="FFFFFF"/>
                <w:sz w:val="18"/>
                <w:szCs w:val="18"/>
              </w:rPr>
            </w:pPr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.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Dargeçit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İlçe Halk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Kütüphanesi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</w:t>
            </w:r>
            <w:r w:rsidR="00C02A76"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M</w:t>
            </w:r>
            <w:r w:rsidR="00C02A76">
              <w:rPr>
                <w:rFonts w:ascii="Arial" w:hAnsi="Arial"/>
                <w:b/>
                <w:color w:val="FFFFFF"/>
                <w:sz w:val="18"/>
                <w:szCs w:val="18"/>
              </w:rPr>
              <w:t>emurluğu</w:t>
            </w:r>
          </w:p>
          <w:p w14:paraId="4904BB08" w14:textId="613F8A47" w:rsidR="00344CEF" w:rsidRPr="00D97EA0" w:rsidRDefault="00344CEF" w:rsidP="000111E0">
            <w:pPr>
              <w:spacing w:after="0"/>
              <w:rPr>
                <w:rFonts w:ascii="Arial" w:hAnsi="Arial"/>
                <w:b/>
                <w:color w:val="FFFFFF"/>
                <w:sz w:val="18"/>
                <w:szCs w:val="18"/>
              </w:rPr>
            </w:pPr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. Derik İlçe Halk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Kütüphanesi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</w:t>
            </w:r>
            <w:r w:rsidR="00C02A76"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M</w:t>
            </w:r>
            <w:r w:rsidR="00C02A76">
              <w:rPr>
                <w:rFonts w:ascii="Arial" w:hAnsi="Arial"/>
                <w:b/>
                <w:color w:val="FFFFFF"/>
                <w:sz w:val="18"/>
                <w:szCs w:val="18"/>
              </w:rPr>
              <w:t>emurluğu</w:t>
            </w:r>
          </w:p>
          <w:p w14:paraId="787031F1" w14:textId="24132281" w:rsidR="00344CEF" w:rsidRPr="00D97EA0" w:rsidRDefault="00344CEF" w:rsidP="000111E0">
            <w:pPr>
              <w:spacing w:after="0"/>
              <w:rPr>
                <w:rFonts w:ascii="Arial" w:hAnsi="Arial"/>
                <w:b/>
                <w:color w:val="FFFFFF"/>
                <w:sz w:val="18"/>
                <w:szCs w:val="18"/>
              </w:rPr>
            </w:pPr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.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Mazıdağı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İlçe Halk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Kütüphanesi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</w:t>
            </w:r>
            <w:r w:rsidR="00C02A76"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M</w:t>
            </w:r>
            <w:r w:rsidR="00C02A76">
              <w:rPr>
                <w:rFonts w:ascii="Arial" w:hAnsi="Arial"/>
                <w:b/>
                <w:color w:val="FFFFFF"/>
                <w:sz w:val="18"/>
                <w:szCs w:val="18"/>
              </w:rPr>
              <w:t>emurluğu</w:t>
            </w:r>
            <w:r w:rsidR="00C02A76"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</w:t>
            </w:r>
          </w:p>
          <w:p w14:paraId="0B65FEA7" w14:textId="0A8A9892" w:rsidR="00344CEF" w:rsidRPr="00D97EA0" w:rsidRDefault="00344CEF" w:rsidP="000111E0">
            <w:pPr>
              <w:spacing w:after="0"/>
              <w:rPr>
                <w:rFonts w:ascii="Arial" w:hAnsi="Arial"/>
                <w:b/>
                <w:color w:val="FFFFFF"/>
                <w:sz w:val="18"/>
                <w:szCs w:val="18"/>
              </w:rPr>
            </w:pPr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.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Yeşilli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İlçe Halk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Kütüphanesi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</w:t>
            </w:r>
            <w:r w:rsidR="00C02A76"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M</w:t>
            </w:r>
            <w:r w:rsidR="00C02A76">
              <w:rPr>
                <w:rFonts w:ascii="Arial" w:hAnsi="Arial"/>
                <w:b/>
                <w:color w:val="FFFFFF"/>
                <w:sz w:val="18"/>
                <w:szCs w:val="18"/>
              </w:rPr>
              <w:t>emurluğu</w:t>
            </w:r>
          </w:p>
          <w:p w14:paraId="31836D48" w14:textId="1A80AC51" w:rsidR="00344CEF" w:rsidRPr="00D97EA0" w:rsidRDefault="00344CEF" w:rsidP="000111E0">
            <w:pPr>
              <w:spacing w:after="0"/>
              <w:rPr>
                <w:sz w:val="18"/>
                <w:szCs w:val="18"/>
              </w:rPr>
            </w:pPr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.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Savur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İlçe Halk </w:t>
            </w:r>
            <w:proofErr w:type="spellStart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Kütüphanesi</w:t>
            </w:r>
            <w:proofErr w:type="spellEnd"/>
            <w:r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 xml:space="preserve"> </w:t>
            </w:r>
            <w:r w:rsidR="00C02A76" w:rsidRPr="00D97EA0">
              <w:rPr>
                <w:rFonts w:ascii="Arial" w:hAnsi="Arial"/>
                <w:b/>
                <w:color w:val="FFFFFF"/>
                <w:sz w:val="18"/>
                <w:szCs w:val="18"/>
              </w:rPr>
              <w:t>M</w:t>
            </w:r>
            <w:r w:rsidR="00C02A76">
              <w:rPr>
                <w:rFonts w:ascii="Arial" w:hAnsi="Arial"/>
                <w:b/>
                <w:color w:val="FFFFFF"/>
                <w:sz w:val="18"/>
                <w:szCs w:val="18"/>
              </w:rPr>
              <w:t>emurluğu</w:t>
            </w:r>
          </w:p>
          <w:p w14:paraId="28F99F6E" w14:textId="77777777" w:rsidR="00344CEF" w:rsidRPr="00D97EA0" w:rsidRDefault="00344CEF" w:rsidP="000111E0">
            <w:pPr>
              <w:spacing w:after="0"/>
              <w:rPr>
                <w:sz w:val="18"/>
                <w:szCs w:val="18"/>
              </w:rPr>
            </w:pPr>
          </w:p>
          <w:p w14:paraId="6A8E8423" w14:textId="77777777" w:rsidR="00344CEF" w:rsidRDefault="00344CEF" w:rsidP="000111E0">
            <w:pPr>
              <w:spacing w:after="0"/>
            </w:pPr>
          </w:p>
          <w:p w14:paraId="5E0BDF9A" w14:textId="3DACC4DF" w:rsidR="00344CEF" w:rsidRDefault="00344CEF">
            <w:pPr>
              <w:spacing w:after="0"/>
            </w:pPr>
          </w:p>
        </w:tc>
      </w:tr>
    </w:tbl>
    <w:p w14:paraId="2313F7C7" w14:textId="28098657" w:rsidR="001F09A3" w:rsidRDefault="001F09A3">
      <w:pPr>
        <w:jc w:val="center"/>
      </w:pPr>
    </w:p>
    <w:sectPr w:rsidR="001F09A3" w:rsidSect="00034616">
      <w:pgSz w:w="12240" w:h="15840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EE7E9F"/>
    <w:multiLevelType w:val="hybridMultilevel"/>
    <w:tmpl w:val="B51CA19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13358"/>
    <w:multiLevelType w:val="hybridMultilevel"/>
    <w:tmpl w:val="4A84099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198497">
    <w:abstractNumId w:val="8"/>
  </w:num>
  <w:num w:numId="2" w16cid:durableId="1186288359">
    <w:abstractNumId w:val="6"/>
  </w:num>
  <w:num w:numId="3" w16cid:durableId="2053075727">
    <w:abstractNumId w:val="5"/>
  </w:num>
  <w:num w:numId="4" w16cid:durableId="1520853141">
    <w:abstractNumId w:val="4"/>
  </w:num>
  <w:num w:numId="5" w16cid:durableId="2013027196">
    <w:abstractNumId w:val="7"/>
  </w:num>
  <w:num w:numId="6" w16cid:durableId="467669575">
    <w:abstractNumId w:val="3"/>
  </w:num>
  <w:num w:numId="7" w16cid:durableId="1087848000">
    <w:abstractNumId w:val="2"/>
  </w:num>
  <w:num w:numId="8" w16cid:durableId="1759861214">
    <w:abstractNumId w:val="1"/>
  </w:num>
  <w:num w:numId="9" w16cid:durableId="1289969212">
    <w:abstractNumId w:val="0"/>
  </w:num>
  <w:num w:numId="10" w16cid:durableId="1989169227">
    <w:abstractNumId w:val="10"/>
  </w:num>
  <w:num w:numId="11" w16cid:durableId="6938492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1E0"/>
    <w:rsid w:val="00034616"/>
    <w:rsid w:val="00051576"/>
    <w:rsid w:val="0006063C"/>
    <w:rsid w:val="0008508C"/>
    <w:rsid w:val="000F339E"/>
    <w:rsid w:val="0015074B"/>
    <w:rsid w:val="00172BD1"/>
    <w:rsid w:val="001F09A3"/>
    <w:rsid w:val="00245CB3"/>
    <w:rsid w:val="0029639D"/>
    <w:rsid w:val="0032295C"/>
    <w:rsid w:val="00326F90"/>
    <w:rsid w:val="00344CEF"/>
    <w:rsid w:val="003C7302"/>
    <w:rsid w:val="003D49B5"/>
    <w:rsid w:val="004D4732"/>
    <w:rsid w:val="00514BDC"/>
    <w:rsid w:val="00854A01"/>
    <w:rsid w:val="00932171"/>
    <w:rsid w:val="00971785"/>
    <w:rsid w:val="009A3613"/>
    <w:rsid w:val="009E79F0"/>
    <w:rsid w:val="00AA1D8D"/>
    <w:rsid w:val="00B47730"/>
    <w:rsid w:val="00BF58A8"/>
    <w:rsid w:val="00C02A76"/>
    <w:rsid w:val="00C63950"/>
    <w:rsid w:val="00CB0664"/>
    <w:rsid w:val="00D12C9C"/>
    <w:rsid w:val="00D97EA0"/>
    <w:rsid w:val="00DE3EE6"/>
    <w:rsid w:val="00F415EB"/>
    <w:rsid w:val="00F421A6"/>
    <w:rsid w:val="00FC693F"/>
    <w:rsid w:val="00FD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6F68C0"/>
  <w14:defaultImageDpi w14:val="300"/>
  <w15:docId w15:val="{B9F585A1-AECC-4898-9DB5-1A7D77D34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Nurullah KORUL</cp:lastModifiedBy>
  <cp:revision>1</cp:revision>
  <dcterms:created xsi:type="dcterms:W3CDTF">2026-09-23T08:41:00Z</dcterms:created>
  <dcterms:modified xsi:type="dcterms:W3CDTF">2026-09-24T07:50:00Z</dcterms:modified>
  <cp:category/>
</cp:coreProperties>
</file>